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8A939" w14:textId="7215AF7B" w:rsidR="001B6BEB" w:rsidRDefault="006653A7" w:rsidP="006653A7">
      <w:pPr>
        <w:pStyle w:val="Tytu"/>
        <w:jc w:val="center"/>
      </w:pPr>
      <w:bookmarkStart w:id="0" w:name="_Hlk484508455"/>
      <w:bookmarkEnd w:id="0"/>
      <w:r w:rsidRPr="004E60A0">
        <w:rPr>
          <w:rFonts w:cstheme="minorHAnsi"/>
          <w:b/>
          <w:noProof/>
        </w:rPr>
        <w:drawing>
          <wp:inline distT="0" distB="0" distL="0" distR="0" wp14:anchorId="44F9FED0" wp14:editId="45B15897">
            <wp:extent cx="3219450" cy="1449676"/>
            <wp:effectExtent l="0" t="0" r="0" b="0"/>
            <wp:docPr id="77276723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767238" name="Obraz 77276723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1812" cy="145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  <w:proofErr w:type="spellStart"/>
      <w:r w:rsidR="00000000">
        <w:t>Formularz</w:t>
      </w:r>
      <w:proofErr w:type="spellEnd"/>
      <w:r w:rsidR="00000000">
        <w:t xml:space="preserve"> </w:t>
      </w:r>
      <w:proofErr w:type="spellStart"/>
      <w:r w:rsidR="00000000">
        <w:t>żywieniowy</w:t>
      </w:r>
      <w:proofErr w:type="spellEnd"/>
      <w:r w:rsidR="00000000">
        <w:t xml:space="preserve"> </w:t>
      </w:r>
      <w:proofErr w:type="spellStart"/>
      <w:r w:rsidR="00000000">
        <w:t>konia</w:t>
      </w:r>
      <w:proofErr w:type="spellEnd"/>
    </w:p>
    <w:p w14:paraId="5A57D3FC" w14:textId="77777777" w:rsidR="001B6BEB" w:rsidRDefault="00000000">
      <w:pPr>
        <w:pStyle w:val="Nagwek2"/>
      </w:pPr>
      <w:r>
        <w:t xml:space="preserve">Jak </w:t>
      </w:r>
      <w:proofErr w:type="spellStart"/>
      <w:r>
        <w:t>wypełnić</w:t>
      </w:r>
      <w:proofErr w:type="spellEnd"/>
      <w:r>
        <w:t xml:space="preserve"> </w:t>
      </w:r>
      <w:proofErr w:type="spellStart"/>
      <w:r>
        <w:t>formularz</w:t>
      </w:r>
      <w:proofErr w:type="spellEnd"/>
    </w:p>
    <w:p w14:paraId="766C613B" w14:textId="77777777" w:rsidR="001B6BEB" w:rsidRDefault="00000000">
      <w:r>
        <w:rPr>
          <w:b/>
          <w:u w:val="single"/>
        </w:rPr>
        <w:t>WSZYSTKIE KOMPONENTY DAWKI MUSZĄ BYĆ ZWAŻONE.</w:t>
      </w:r>
    </w:p>
    <w:p w14:paraId="36DB1550" w14:textId="77777777" w:rsidR="001B6BEB" w:rsidRDefault="00000000">
      <w:r>
        <w:t>Zważ pasze, sieczki, mesze, wysłodki, trawokulki, dodatki, suplementy i sól. Podaj masę w gramach lub kilogramach. Miarki, garści, szufelki i litry nie zastępują ważenia. Zważ także siano, jeżeli możesz określić porcję przypadającą na konia.</w:t>
      </w:r>
    </w:p>
    <w:p w14:paraId="0DCD61BA" w14:textId="77777777" w:rsidR="001B6BEB" w:rsidRDefault="00000000">
      <w:r>
        <w:rPr>
          <w:b/>
        </w:rPr>
        <w:t>PRODUKTY MOCZONE WAŻ NA SUCHO, PRZED DODANIEM WODY.</w:t>
      </w:r>
    </w:p>
    <w:p w14:paraId="1B2AD0DF" w14:textId="77777777" w:rsidR="001B6BEB" w:rsidRDefault="00000000">
      <w:r>
        <w:t>Oleje podaj w ml lub g, z wyraźną jednostką. Przy stałym lub wspólnym dostępie do siana opisz sposób karmienia; jeśli nie znasz pobrania, wpisz „nie wiem” zamiast zgadywać.</w:t>
      </w:r>
    </w:p>
    <w:p w14:paraId="549BCC9C" w14:textId="77777777" w:rsidR="001B6BEB" w:rsidRDefault="00000000">
      <w:r>
        <w:t>Zaznacz odpowiedzi znakiem X lub podkreśl je. Możesz zaznaczyć kilka, jeśli pasują. Pola można uzupełnić w Wordzie lub odręcznie. W razie braku danych wpisz „nie wiem” lub „nie dotyczy”.</w:t>
      </w:r>
    </w:p>
    <w:p w14:paraId="78054F17" w14:textId="77777777" w:rsidR="001B6BEB" w:rsidRDefault="00000000">
      <w:pPr>
        <w:pStyle w:val="Nagwek1"/>
      </w:pPr>
      <w:r>
        <w:t>1 Dane właściciela i konia</w:t>
      </w:r>
    </w:p>
    <w:p w14:paraId="7EB81E10" w14:textId="77777777" w:rsidR="001B6BEB" w:rsidRDefault="00000000">
      <w:r>
        <w:rPr>
          <w:b/>
        </w:rPr>
        <w:t>Data wypełnienia ....................................   Imię i nazwisko ........................................................</w:t>
      </w:r>
    </w:p>
    <w:p w14:paraId="78663DA0" w14:textId="77777777" w:rsidR="001B6BEB" w:rsidRDefault="00000000">
      <w:r>
        <w:rPr>
          <w:b/>
        </w:rPr>
        <w:t>E mail ....................................................................   Telefon ............................................................</w:t>
      </w:r>
    </w:p>
    <w:p w14:paraId="05572009" w14:textId="77777777" w:rsidR="001B6BEB" w:rsidRDefault="00000000">
      <w:r>
        <w:rPr>
          <w:b/>
        </w:rPr>
        <w:t>Imię konia ...........................................................   Rasa ................................................................</w:t>
      </w:r>
    </w:p>
    <w:p w14:paraId="7A74A4F3" w14:textId="77777777" w:rsidR="001B6BEB" w:rsidRDefault="00000000">
      <w:r>
        <w:rPr>
          <w:b/>
        </w:rPr>
        <w:t>Wiek ........................   Wzrost w kłębie ................ cm   Masa ciała ................ kg</w:t>
      </w:r>
    </w:p>
    <w:p w14:paraId="67E8FA82" w14:textId="77777777" w:rsidR="001B6BEB" w:rsidRDefault="00000000">
      <w:r>
        <w:rPr>
          <w:b/>
        </w:rPr>
        <w:t>Jak i kiedy określono masę</w:t>
      </w:r>
    </w:p>
    <w:p w14:paraId="6FDF2D5B" w14:textId="77777777" w:rsidR="001B6BEB" w:rsidRDefault="00000000">
      <w:r>
        <w:t>☐ Waga   ☐ Taśma zoometryczna   ☐ Oszacowanie wzrokowe</w:t>
      </w:r>
    </w:p>
    <w:p w14:paraId="5FDBFDFC" w14:textId="77777777" w:rsidR="001B6BEB" w:rsidRDefault="00000000">
      <w:r>
        <w:t>Data pomiaru ....................................</w:t>
      </w:r>
    </w:p>
    <w:p w14:paraId="15AB8531" w14:textId="77777777" w:rsidR="001B6BEB" w:rsidRDefault="00000000">
      <w:r>
        <w:rPr>
          <w:b/>
        </w:rPr>
        <w:t>Płeć i rozród</w:t>
      </w:r>
    </w:p>
    <w:p w14:paraId="702157B4" w14:textId="77777777" w:rsidR="001B6BEB" w:rsidRDefault="00000000">
      <w:r>
        <w:t>☐ Klacz   ☐ Wałach   ☐ Ogier</w:t>
      </w:r>
    </w:p>
    <w:p w14:paraId="4A2E895A" w14:textId="77777777" w:rsidR="001B6BEB" w:rsidRDefault="00000000">
      <w:r>
        <w:t>Klacz: źrebna — miesiąc ciąży ..........; karmiąca — wiek źrebięcia ..........</w:t>
      </w:r>
      <w:r>
        <w:br/>
        <w:t>Ogier kryjący: TAK / NIE. Inne ważne informacje ................................................</w:t>
      </w:r>
    </w:p>
    <w:p w14:paraId="7658305D" w14:textId="77777777" w:rsidR="001B6BEB" w:rsidRDefault="00000000">
      <w:r>
        <w:br w:type="page"/>
      </w:r>
    </w:p>
    <w:p w14:paraId="3044447D" w14:textId="77777777" w:rsidR="001B6BEB" w:rsidRDefault="00000000">
      <w:pPr>
        <w:pStyle w:val="Nagwek1"/>
      </w:pPr>
      <w:r>
        <w:lastRenderedPageBreak/>
        <w:t>2 Ocena kondycji BCS od 1 do 9</w:t>
      </w:r>
    </w:p>
    <w:p w14:paraId="46044E0B" w14:textId="77777777" w:rsidR="001B6BEB" w:rsidRDefault="00000000">
      <w:r>
        <w:t>BCS ocenia ilość tkanki tłuszczowej, a nie umięśnienie. Obejrzyj konia i sprawdź dotykiem żebra, szyję, kłąb, okolice za łopatką, grzbiet i nasadę ogona. Długa sierść może ukrywać niedowagę.</w:t>
      </w:r>
    </w:p>
    <w:p w14:paraId="2E32E5A5" w14:textId="77777777" w:rsidR="001B6BEB" w:rsidRDefault="00000000">
      <w:r>
        <w:rPr>
          <w:b/>
        </w:rPr>
        <w:t>Zaznacz jeden stopień najbliższy kondycji Twojego konia. Porównaj sylwetkę z ilustracjami. Ocenę oprzyj również na opisie i badaniu dotykiem.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7"/>
        <w:gridCol w:w="5107"/>
      </w:tblGrid>
      <w:tr w:rsidR="001B6BEB" w14:paraId="3F93FC63" w14:textId="77777777">
        <w:trPr>
          <w:cantSplit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1A0C920" w14:textId="77777777" w:rsidR="001B6BEB" w:rsidRDefault="00000000">
            <w:r>
              <w:rPr>
                <w:b/>
              </w:rPr>
              <w:t>☐ BCS 1   Skrajnie wychudzony</w:t>
            </w:r>
          </w:p>
          <w:p w14:paraId="4050B6D4" w14:textId="77777777" w:rsidR="001B6BEB" w:rsidRDefault="00000000">
            <w:r>
              <w:rPr>
                <w:noProof/>
              </w:rPr>
              <w:drawing>
                <wp:inline distT="0" distB="0" distL="0" distR="0" wp14:anchorId="5799B31F" wp14:editId="3E797E9C">
                  <wp:extent cx="2834640" cy="2115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ook-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211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82B390" w14:textId="77777777" w:rsidR="001B6BEB" w:rsidRDefault="00000000">
            <w:r>
              <w:t>Kości mocno wystają. Brak wyczuwalnej warstwy tłuszczu.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82F7F44" w14:textId="77777777" w:rsidR="001B6BEB" w:rsidRDefault="00000000">
            <w:r>
              <w:rPr>
                <w:b/>
              </w:rPr>
              <w:t>☐ BCS 2   Bardzo chudy</w:t>
            </w:r>
          </w:p>
          <w:p w14:paraId="51323988" w14:textId="77777777" w:rsidR="001B6BEB" w:rsidRDefault="00000000">
            <w:r>
              <w:rPr>
                <w:noProof/>
              </w:rPr>
              <w:drawing>
                <wp:inline distT="0" distB="0" distL="0" distR="0" wp14:anchorId="55FAF20C" wp14:editId="1724AC39">
                  <wp:extent cx="2834640" cy="2127602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ook-2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2127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D5EA8E" w14:textId="77777777" w:rsidR="001B6BEB" w:rsidRDefault="00000000">
            <w:r>
              <w:t>Kości i żebra wyraźnie widoczne. Minimalne otłuszczenie.</w:t>
            </w:r>
          </w:p>
        </w:tc>
      </w:tr>
    </w:tbl>
    <w:p w14:paraId="2B4641A6" w14:textId="77777777" w:rsidR="001B6BEB" w:rsidRDefault="001B6BEB"/>
    <w:tbl>
      <w:tblPr>
        <w:tblW w:w="0" w:type="auto"/>
        <w:tblLook w:val="04A0" w:firstRow="1" w:lastRow="0" w:firstColumn="1" w:lastColumn="0" w:noHBand="0" w:noVBand="1"/>
      </w:tblPr>
      <w:tblGrid>
        <w:gridCol w:w="5107"/>
        <w:gridCol w:w="5107"/>
      </w:tblGrid>
      <w:tr w:rsidR="001B6BEB" w14:paraId="58A90364" w14:textId="77777777">
        <w:trPr>
          <w:cantSplit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151556C" w14:textId="77777777" w:rsidR="001B6BEB" w:rsidRDefault="00000000">
            <w:r>
              <w:rPr>
                <w:b/>
              </w:rPr>
              <w:t>☐ BCS 3   Chudy</w:t>
            </w:r>
          </w:p>
          <w:p w14:paraId="6846DB16" w14:textId="77777777" w:rsidR="001B6BEB" w:rsidRDefault="00000000">
            <w:r>
              <w:rPr>
                <w:noProof/>
              </w:rPr>
              <w:drawing>
                <wp:inline distT="0" distB="0" distL="0" distR="0" wp14:anchorId="74EFD5D4" wp14:editId="2FEB1F07">
                  <wp:extent cx="2834640" cy="2124351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ook-3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2124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4FC672" w14:textId="77777777" w:rsidR="001B6BEB" w:rsidRDefault="00000000">
            <w:r>
              <w:t>Żebra dobrze widoczne. Cienka warstwa tłuszczu.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C7CA2A8" w14:textId="77777777" w:rsidR="001B6BEB" w:rsidRDefault="00000000">
            <w:r>
              <w:rPr>
                <w:b/>
              </w:rPr>
              <w:t>☐ BCS 4   Lekko szczupły</w:t>
            </w:r>
          </w:p>
          <w:p w14:paraId="0478FD6C" w14:textId="77777777" w:rsidR="001B6BEB" w:rsidRDefault="00000000">
            <w:r>
              <w:rPr>
                <w:noProof/>
              </w:rPr>
              <w:drawing>
                <wp:inline distT="0" distB="0" distL="0" distR="0" wp14:anchorId="6A121081" wp14:editId="52101135">
                  <wp:extent cx="2834640" cy="2115029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ook-4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2115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9ED6F3" w14:textId="77777777" w:rsidR="001B6BEB" w:rsidRDefault="00000000">
            <w:r>
              <w:t>Zarys żeber widoczny. Niewielkie otłuszczenie.</w:t>
            </w:r>
          </w:p>
        </w:tc>
      </w:tr>
    </w:tbl>
    <w:p w14:paraId="66F3E85F" w14:textId="77777777" w:rsidR="001B6BEB" w:rsidRDefault="001B6BEB"/>
    <w:p w14:paraId="36266492" w14:textId="77777777" w:rsidR="001B6BEB" w:rsidRDefault="00000000">
      <w:r>
        <w:br w:type="page"/>
      </w:r>
    </w:p>
    <w:p w14:paraId="79ED09A1" w14:textId="77777777" w:rsidR="001B6BEB" w:rsidRDefault="00000000">
      <w:pPr>
        <w:pStyle w:val="Nagwek1"/>
      </w:pPr>
      <w:r>
        <w:lastRenderedPageBreak/>
        <w:t>2 Ocena kondycji BCS ciąg dalszy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7"/>
        <w:gridCol w:w="5107"/>
      </w:tblGrid>
      <w:tr w:rsidR="001B6BEB" w14:paraId="7BC92CA6" w14:textId="77777777">
        <w:trPr>
          <w:cantSplit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5976877" w14:textId="77777777" w:rsidR="001B6BEB" w:rsidRDefault="00000000">
            <w:r>
              <w:rPr>
                <w:b/>
              </w:rPr>
              <w:t>☐ BCS 5   Umiarkowana kondycja</w:t>
            </w:r>
          </w:p>
          <w:p w14:paraId="6C8F642F" w14:textId="77777777" w:rsidR="001B6BEB" w:rsidRDefault="00000000">
            <w:r>
              <w:rPr>
                <w:noProof/>
              </w:rPr>
              <w:drawing>
                <wp:inline distT="0" distB="0" distL="0" distR="0" wp14:anchorId="4D71111E" wp14:editId="05AA9733">
                  <wp:extent cx="2834640" cy="2121447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ook-5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2121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035FCD" w14:textId="77777777" w:rsidR="001B6BEB" w:rsidRDefault="00000000">
            <w:r>
              <w:t>Żebra niewidoczne, łatwo wyczuwalne. Grzbiet równy.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07F17B6" w14:textId="77777777" w:rsidR="001B6BEB" w:rsidRDefault="00000000">
            <w:r>
              <w:rPr>
                <w:b/>
              </w:rPr>
              <w:t>☐ BCS 6   Lekko otłuszczony</w:t>
            </w:r>
          </w:p>
          <w:p w14:paraId="46BD6B99" w14:textId="77777777" w:rsidR="001B6BEB" w:rsidRDefault="00000000">
            <w:r>
              <w:rPr>
                <w:noProof/>
              </w:rPr>
              <w:drawing>
                <wp:inline distT="0" distB="0" distL="0" distR="0" wp14:anchorId="7C773732" wp14:editId="048D77CC">
                  <wp:extent cx="2834640" cy="2112439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ook-6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2112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D5952F" w14:textId="77777777" w:rsidR="001B6BEB" w:rsidRDefault="00000000">
            <w:r>
              <w:t>Miękki tłuszcz nad żebrami. Możliwy płytki rowek na grzbiecie.</w:t>
            </w:r>
          </w:p>
        </w:tc>
      </w:tr>
    </w:tbl>
    <w:p w14:paraId="6FC2D0D1" w14:textId="77777777" w:rsidR="001B6BEB" w:rsidRDefault="001B6BEB"/>
    <w:tbl>
      <w:tblPr>
        <w:tblW w:w="0" w:type="auto"/>
        <w:tblLook w:val="04A0" w:firstRow="1" w:lastRow="0" w:firstColumn="1" w:lastColumn="0" w:noHBand="0" w:noVBand="1"/>
      </w:tblPr>
      <w:tblGrid>
        <w:gridCol w:w="5107"/>
        <w:gridCol w:w="5107"/>
      </w:tblGrid>
      <w:tr w:rsidR="001B6BEB" w14:paraId="3FE60521" w14:textId="77777777">
        <w:trPr>
          <w:cantSplit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FD1CD27" w14:textId="77777777" w:rsidR="001B6BEB" w:rsidRDefault="00000000">
            <w:r>
              <w:rPr>
                <w:b/>
              </w:rPr>
              <w:t>☐ BCS 7   Otłuszczony</w:t>
            </w:r>
          </w:p>
          <w:p w14:paraId="4EB801F2" w14:textId="77777777" w:rsidR="001B6BEB" w:rsidRDefault="00000000">
            <w:r>
              <w:rPr>
                <w:noProof/>
              </w:rPr>
              <w:drawing>
                <wp:inline distT="0" distB="0" distL="0" distR="0" wp14:anchorId="42397FB0" wp14:editId="32E44DB8">
                  <wp:extent cx="2834640" cy="2124409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ook-7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2124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2F8446" w14:textId="77777777" w:rsidR="001B6BEB" w:rsidRDefault="00000000">
            <w:r>
              <w:t>Tłuszcz na szyi i za łopatką. Żebra trudniej wyczuć.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DF21F5D" w14:textId="77777777" w:rsidR="001B6BEB" w:rsidRDefault="00000000">
            <w:r>
              <w:rPr>
                <w:b/>
              </w:rPr>
              <w:t>☐ BCS 8   Gruby</w:t>
            </w:r>
          </w:p>
          <w:p w14:paraId="3CA9F386" w14:textId="77777777" w:rsidR="001B6BEB" w:rsidRDefault="00000000">
            <w:r>
              <w:rPr>
                <w:noProof/>
              </w:rPr>
              <w:drawing>
                <wp:inline distT="0" distB="0" distL="0" distR="0" wp14:anchorId="7B8649F5" wp14:editId="69D02C18">
                  <wp:extent cx="2834640" cy="2121447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ook-8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2121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F0331F" w14:textId="77777777" w:rsidR="001B6BEB" w:rsidRDefault="00000000">
            <w:r>
              <w:t>Żebra trudno wyczuwalne. Wyraźne złogi tłuszczu.</w:t>
            </w:r>
          </w:p>
        </w:tc>
      </w:tr>
    </w:tbl>
    <w:p w14:paraId="765F86CC" w14:textId="77777777" w:rsidR="001B6BEB" w:rsidRDefault="001B6BEB"/>
    <w:p w14:paraId="49C328B6" w14:textId="77777777" w:rsidR="001B6BEB" w:rsidRDefault="00000000">
      <w:r>
        <w:br w:type="page"/>
      </w:r>
    </w:p>
    <w:p w14:paraId="5EFD9778" w14:textId="77777777" w:rsidR="001B6BEB" w:rsidRDefault="00000000">
      <w:pPr>
        <w:pStyle w:val="Nagwek1"/>
      </w:pPr>
      <w:r>
        <w:lastRenderedPageBreak/>
        <w:t>2 Ocena kondycji BCS ciąg dalszy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11"/>
        <w:gridCol w:w="5103"/>
      </w:tblGrid>
      <w:tr w:rsidR="001B6BEB" w14:paraId="3B2CDF7B" w14:textId="77777777">
        <w:trPr>
          <w:cantSplit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1A8D021" w14:textId="77777777" w:rsidR="001B6BEB" w:rsidRDefault="00000000">
            <w:r>
              <w:rPr>
                <w:b/>
              </w:rPr>
              <w:t>☐ BCS 9   Bardzo gruby</w:t>
            </w:r>
          </w:p>
          <w:p w14:paraId="04454D4C" w14:textId="77777777" w:rsidR="001B6BEB" w:rsidRDefault="00000000">
            <w:r>
              <w:rPr>
                <w:noProof/>
              </w:rPr>
              <w:drawing>
                <wp:inline distT="0" distB="0" distL="0" distR="0" wp14:anchorId="72388ABA" wp14:editId="7E2F04FE">
                  <wp:extent cx="2834640" cy="2109801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ook-9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2109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B2FEC6" w14:textId="77777777" w:rsidR="001B6BEB" w:rsidRDefault="00000000">
            <w:r>
              <w:t>Duże złogi tłuszczu. Wyraźny rowek wzdłuż grzbietu.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AE4EB89" w14:textId="77777777" w:rsidR="001B6BEB" w:rsidRDefault="001B6BEB"/>
        </w:tc>
      </w:tr>
    </w:tbl>
    <w:p w14:paraId="43863D23" w14:textId="77777777" w:rsidR="001B6BEB" w:rsidRDefault="001B6BEB"/>
    <w:p w14:paraId="0FE43E2F" w14:textId="77777777" w:rsidR="001B6BEB" w:rsidRDefault="00000000">
      <w:r>
        <w:rPr>
          <w:b/>
        </w:rPr>
        <w:t>Jeżeli nie potrafisz wybrać oceny</w:t>
      </w:r>
    </w:p>
    <w:p w14:paraId="42325C14" w14:textId="77777777" w:rsidR="001B6BEB" w:rsidRDefault="00000000">
      <w:r>
        <w:t>☐ Proszę o pomoc w ocenie BCS</w:t>
      </w:r>
    </w:p>
    <w:p w14:paraId="21033E4A" w14:textId="77777777" w:rsidR="001B6BEB" w:rsidRDefault="00000000">
      <w:r>
        <w:rPr>
          <w:b/>
        </w:rPr>
        <w:t>Czy masa ciała zmieniła się w ostatnich 3 miesiącach</w:t>
      </w:r>
    </w:p>
    <w:p w14:paraId="14795A41" w14:textId="77777777" w:rsidR="001B6BEB" w:rsidRDefault="00000000">
      <w:r>
        <w:t>☐ Stabilna   ☐ Wzrosła   ☐ Spadła   ☐ Nie wiem</w:t>
      </w:r>
    </w:p>
    <w:p w14:paraId="0E881A07" w14:textId="77777777" w:rsidR="001B6BEB" w:rsidRDefault="00000000">
      <w:r>
        <w:t>O ile i w jakim czasie ...................................................................................................</w:t>
      </w:r>
    </w:p>
    <w:p w14:paraId="165B2AAE" w14:textId="77777777" w:rsidR="001B6BEB" w:rsidRDefault="00000000">
      <w:r>
        <w:rPr>
          <w:sz w:val="16"/>
        </w:rPr>
        <w:t>Ilustracje: NFACC, Code of Practice for the Care and Handling of Equines, Appendix D; źródło pierwotne: Alberta Agriculture and Rural Development, What’s the Score? Body Condition Scoring for Livestock. Skala Hennekego. www.nfacc.ca/codes-of-practice/equine-code</w:t>
      </w:r>
    </w:p>
    <w:p w14:paraId="4281082A" w14:textId="77777777" w:rsidR="001B6BEB" w:rsidRDefault="00000000">
      <w:r>
        <w:br w:type="page"/>
      </w:r>
    </w:p>
    <w:p w14:paraId="6B22FA83" w14:textId="77777777" w:rsidR="001B6BEB" w:rsidRDefault="00000000">
      <w:pPr>
        <w:pStyle w:val="Nagwek1"/>
      </w:pPr>
      <w:r>
        <w:lastRenderedPageBreak/>
        <w:t>3 Ocena umięśnienia od 1 do 5</w:t>
      </w:r>
    </w:p>
    <w:p w14:paraId="37F169D4" w14:textId="77777777" w:rsidR="001B6BEB" w:rsidRDefault="00000000">
      <w:r>
        <w:t>Umięśnienie oceń oddzielnie od BCS. Obejrzyj szyję, okolice łopatek, grzbiet i zad oraz delikatnie sprawdź je dotykiem. Koń powinien stać równo na czterech nogach, z rozluźnioną szyją. Otłuszczenie może maskować braki mięśni.</w:t>
      </w:r>
    </w:p>
    <w:p w14:paraId="4375B5C5" w14:textId="77777777" w:rsidR="001B6BEB" w:rsidRDefault="00000000">
      <w:r>
        <w:rPr>
          <w:b/>
        </w:rPr>
        <w:t>Zaznacz najbliższy stopień MCS, porównując cały obszar szyi, łopatki, grzbietu, lędźwi i zadu. Rysunki są poglądowe: wybór oprzyj także na opisach i ocenie dotykiem.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7"/>
        <w:gridCol w:w="5107"/>
      </w:tblGrid>
      <w:tr w:rsidR="001B6BEB" w14:paraId="094D3FB9" w14:textId="77777777">
        <w:trPr>
          <w:cantSplit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5CB128C" w14:textId="77777777" w:rsidR="001B6BEB" w:rsidRDefault="00000000">
            <w:r>
              <w:rPr>
                <w:b/>
              </w:rPr>
              <w:t>☐ MCS 1   Bardzo mało mięśni</w:t>
            </w:r>
          </w:p>
          <w:p w14:paraId="2A933F61" w14:textId="77777777" w:rsidR="001B6BEB" w:rsidRDefault="00000000">
            <w:r>
              <w:rPr>
                <w:noProof/>
              </w:rPr>
              <w:drawing>
                <wp:inline distT="0" distB="0" distL="0" distR="0" wp14:anchorId="6CDF7530" wp14:editId="539FA873">
                  <wp:extent cx="2788920" cy="2485176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ole-mcs-1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2485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F340C1" w14:textId="77777777" w:rsidR="001B6BEB" w:rsidRDefault="00000000">
            <w:r>
              <w:t>Szyja zapadnięta, łopatka wystaje. Grzbiet i górna część zadu mają wyraźnie trójkątny zarys.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808281F" w14:textId="77777777" w:rsidR="001B6BEB" w:rsidRDefault="00000000">
            <w:r>
              <w:rPr>
                <w:b/>
              </w:rPr>
              <w:t>☐ MCS 2   Mało mięśni</w:t>
            </w:r>
          </w:p>
          <w:p w14:paraId="5BF7F86A" w14:textId="77777777" w:rsidR="001B6BEB" w:rsidRDefault="00000000">
            <w:r>
              <w:rPr>
                <w:noProof/>
              </w:rPr>
              <w:drawing>
                <wp:inline distT="0" distB="0" distL="0" distR="0" wp14:anchorId="2F0E20EA" wp14:editId="4C118261">
                  <wp:extent cx="2788920" cy="2469872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ole-mcs-2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2469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01DB77" w14:textId="77777777" w:rsidR="001B6BEB" w:rsidRDefault="00000000">
            <w:r>
              <w:t>Szyja lekko zapadnięta. Grzbiet nadal trójkątny; zad nieco pełniejszy przy biodrach, ostry przy szczycie.</w:t>
            </w:r>
          </w:p>
        </w:tc>
      </w:tr>
    </w:tbl>
    <w:p w14:paraId="7392475D" w14:textId="77777777" w:rsidR="001B6BEB" w:rsidRDefault="001B6BEB"/>
    <w:tbl>
      <w:tblPr>
        <w:tblW w:w="0" w:type="auto"/>
        <w:tblLook w:val="04A0" w:firstRow="1" w:lastRow="0" w:firstColumn="1" w:lastColumn="0" w:noHBand="0" w:noVBand="1"/>
      </w:tblPr>
      <w:tblGrid>
        <w:gridCol w:w="5107"/>
        <w:gridCol w:w="5107"/>
      </w:tblGrid>
      <w:tr w:rsidR="001B6BEB" w14:paraId="16A20035" w14:textId="77777777">
        <w:trPr>
          <w:cantSplit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DC8AC9A" w14:textId="77777777" w:rsidR="001B6BEB" w:rsidRDefault="00000000">
            <w:r>
              <w:rPr>
                <w:b/>
              </w:rPr>
              <w:t>☐ MCS 3   Umiarkowane umięśnienie</w:t>
            </w:r>
          </w:p>
          <w:p w14:paraId="2692667D" w14:textId="77777777" w:rsidR="001B6BEB" w:rsidRDefault="00000000">
            <w:r>
              <w:rPr>
                <w:noProof/>
              </w:rPr>
              <w:drawing>
                <wp:inline distT="0" distB="0" distL="0" distR="0" wp14:anchorId="56C3A71E" wp14:editId="2AEF089C">
                  <wp:extent cx="2788920" cy="2568452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ole-mcs-3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2568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729B61" w14:textId="77777777" w:rsidR="001B6BEB" w:rsidRDefault="00000000">
            <w:r>
              <w:t>Łopatka na poziomie mięśni. Grzbiet zaokrąglony; zad pełniejszy, ale nie wszędzie równomiernie wypełniony.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CBFCD81" w14:textId="77777777" w:rsidR="001B6BEB" w:rsidRDefault="00000000">
            <w:r>
              <w:rPr>
                <w:b/>
              </w:rPr>
              <w:t>☐ MCS 4   Dobrze rozwinięte mięśnie</w:t>
            </w:r>
          </w:p>
          <w:p w14:paraId="053B8B9C" w14:textId="77777777" w:rsidR="001B6BEB" w:rsidRDefault="00000000">
            <w:r>
              <w:rPr>
                <w:noProof/>
              </w:rPr>
              <w:drawing>
                <wp:inline distT="0" distB="0" distL="0" distR="0" wp14:anchorId="2F2A12ED" wp14:editId="7C24E828">
                  <wp:extent cx="2788920" cy="2579889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ole-mcs-4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25798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67868F" w14:textId="77777777" w:rsidR="001B6BEB" w:rsidRDefault="00000000">
            <w:r>
              <w:t>Mięśnie szyi widoczne. Grzbiet prawie płaski, zad zaokrąglony. Granice mięśni zadu łagodnie wyczuwalne.</w:t>
            </w:r>
          </w:p>
        </w:tc>
      </w:tr>
    </w:tbl>
    <w:p w14:paraId="5FEEA614" w14:textId="77777777" w:rsidR="001B6BEB" w:rsidRDefault="001B6BEB"/>
    <w:p w14:paraId="61662947" w14:textId="77777777" w:rsidR="001B6BEB" w:rsidRDefault="00000000">
      <w:r>
        <w:br w:type="page"/>
      </w:r>
    </w:p>
    <w:p w14:paraId="274A64BB" w14:textId="77777777" w:rsidR="001B6BEB" w:rsidRDefault="00000000">
      <w:pPr>
        <w:pStyle w:val="Nagwek1"/>
      </w:pPr>
      <w:r>
        <w:lastRenderedPageBreak/>
        <w:t>3 Ocena umięśnienia ciąg dalszy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11"/>
        <w:gridCol w:w="5103"/>
      </w:tblGrid>
      <w:tr w:rsidR="001B6BEB" w14:paraId="6339F840" w14:textId="77777777">
        <w:trPr>
          <w:cantSplit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C072EE6" w14:textId="77777777" w:rsidR="001B6BEB" w:rsidRDefault="00000000">
            <w:r>
              <w:rPr>
                <w:b/>
              </w:rPr>
              <w:t>☐ MCS 5   Bardzo rozwinięte mięśnie</w:t>
            </w:r>
          </w:p>
          <w:p w14:paraId="6A9F2D01" w14:textId="77777777" w:rsidR="001B6BEB" w:rsidRDefault="00000000">
            <w:r>
              <w:rPr>
                <w:noProof/>
              </w:rPr>
              <w:drawing>
                <wp:inline distT="0" distB="0" distL="0" distR="0" wp14:anchorId="2EEB5379" wp14:editId="14EE1610">
                  <wp:extent cx="2788920" cy="2476727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ole-mcs-5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2476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8E7E83" w14:textId="77777777" w:rsidR="001B6BEB" w:rsidRDefault="00000000">
            <w:r>
              <w:t>Mięśnie szyi mocno zaznaczone. Grzbiet prawie płaski, zad pełny; granice jego mięśni wyraźnie wyczuwalne.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0987129" w14:textId="77777777" w:rsidR="001B6BEB" w:rsidRDefault="001B6BEB"/>
        </w:tc>
      </w:tr>
    </w:tbl>
    <w:p w14:paraId="41F59E98" w14:textId="77777777" w:rsidR="001B6BEB" w:rsidRDefault="001B6BEB"/>
    <w:p w14:paraId="06D203EA" w14:textId="77777777" w:rsidR="001B6BEB" w:rsidRDefault="00000000">
      <w:r>
        <w:t>Stopień 5 oznacza największy rozwój mięśni w tej skali. Ocenę odnosimy do rasy, wieku i pracy konia; nie każdy koń powinien wyglądać tak samo.</w:t>
      </w:r>
    </w:p>
    <w:p w14:paraId="41ECE18E" w14:textId="77777777" w:rsidR="001B6BEB" w:rsidRDefault="00000000">
      <w:r>
        <w:t>☐ Nie potrafię ocenić — proszę o pomoc na podstawie zdjęć.</w:t>
      </w:r>
    </w:p>
    <w:p w14:paraId="3795CB3F" w14:textId="77777777" w:rsidR="001B6BEB" w:rsidRDefault="00000000">
      <w:r>
        <w:rPr>
          <w:b/>
        </w:rPr>
        <w:t>Gdzie zauważasz braki mięśni</w:t>
      </w:r>
    </w:p>
    <w:p w14:paraId="08A2EE61" w14:textId="77777777" w:rsidR="001B6BEB" w:rsidRDefault="00000000">
      <w:r>
        <w:t>☐ Szyja   ☐ Kłąb i okolice za łopatkami   ☐ Grzbiet   ☐ Lędźwie   ☐ Zad</w:t>
      </w:r>
      <w:r>
        <w:br/>
        <w:t>☐ Cała sylwetka   ☐ Nie zauważam braków   ☐ Nie wiem</w:t>
      </w:r>
    </w:p>
    <w:p w14:paraId="6D9FC572" w14:textId="77777777" w:rsidR="001B6BEB" w:rsidRDefault="00000000">
      <w:r>
        <w:rPr>
          <w:b/>
        </w:rPr>
        <w:t>Czy umięśnienie zmieniło się w ostatnich miesiącach</w:t>
      </w:r>
    </w:p>
    <w:p w14:paraId="256687D3" w14:textId="77777777" w:rsidR="001B6BEB" w:rsidRDefault="00000000">
      <w:r>
        <w:t>☐ Bez zmian   ☐ Poprawiło się   ☐ Pogorszyło się   ☐ Nie wiem</w:t>
      </w:r>
      <w:r>
        <w:br/>
        <w:t>Od kiedy i czy ubytek się nasila .........................................................................................</w:t>
      </w:r>
    </w:p>
    <w:p w14:paraId="69756239" w14:textId="77777777" w:rsidR="001B6BEB" w:rsidRDefault="00000000">
      <w:r>
        <w:rPr>
          <w:b/>
        </w:rPr>
        <w:t>Przerwy w pracy choroby i zmiany treningów</w:t>
      </w:r>
    </w:p>
    <w:p w14:paraId="574603DD" w14:textId="77777777" w:rsidR="001B6BEB" w:rsidRDefault="00000000">
      <w:r>
        <w:t>Co się zmieniło, kiedy i na jak długo 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</w:p>
    <w:p w14:paraId="340F295A" w14:textId="77777777" w:rsidR="001B6BEB" w:rsidRDefault="00000000">
      <w:r>
        <w:rPr>
          <w:b/>
        </w:rPr>
        <w:t>Czy ubytki są nierównomierne lub koń reaguje bólem</w:t>
      </w:r>
    </w:p>
    <w:p w14:paraId="44B22308" w14:textId="77777777" w:rsidR="001B6BEB" w:rsidRDefault="00000000">
      <w:r>
        <w:t>☐ Nie   ☐ Tak   ☐ Nie wiem   Opis i strona ciała .................................................................</w:t>
      </w:r>
    </w:p>
    <w:p w14:paraId="00F6D2BC" w14:textId="77777777" w:rsidR="001B6BEB" w:rsidRDefault="00000000">
      <w:r>
        <w:rPr>
          <w:sz w:val="16"/>
        </w:rPr>
        <w:t>Skala MCS: Pallesen i wsp., Development of an equine muscle condition score, Equine Veterinary Education, 2023, DOI: 10.1111/eve.13777. Opisy skrócone. Ilustracje poglądowe wygenerowane z użyciem AI; nie są oryginalnymi ilustracjami autorów skali ani samodzielnym narzędziem diagnostycznym. Skala była badana głównie u koni pełnej krwi.</w:t>
      </w:r>
    </w:p>
    <w:p w14:paraId="17FF2E32" w14:textId="77777777" w:rsidR="001B6BEB" w:rsidRDefault="00000000">
      <w:r>
        <w:br w:type="page"/>
      </w:r>
    </w:p>
    <w:p w14:paraId="339BFAF9" w14:textId="77777777" w:rsidR="001B6BEB" w:rsidRDefault="00000000">
      <w:pPr>
        <w:pStyle w:val="Nagwek1"/>
      </w:pPr>
      <w:r>
        <w:lastRenderedPageBreak/>
        <w:t>4 Zdrowie i obserwowane problemy</w:t>
      </w:r>
    </w:p>
    <w:p w14:paraId="01F7FA64" w14:textId="77777777" w:rsidR="001B6BEB" w:rsidRDefault="00000000">
      <w:r>
        <w:t>Rozdziel rozpoznanie lekarza weterynarii od własnych obserwacji. Przy problemie podaj, kiedy wystąpił i czy trwa obecnie.</w:t>
      </w:r>
    </w:p>
    <w:p w14:paraId="214D7495" w14:textId="77777777" w:rsidR="001B6BEB" w:rsidRDefault="00000000">
      <w:r>
        <w:rPr>
          <w:b/>
        </w:rPr>
        <w:t>Rozpoznane choroby</w:t>
      </w:r>
    </w:p>
    <w:p w14:paraId="337E3456" w14:textId="77777777" w:rsidR="001B6BEB" w:rsidRDefault="00000000">
      <w:r>
        <w:t>☐ Brak   ☐ PPID   ☐ EMS   ☐ Zaburzenia insuliny   ☐ PSSM   ☐ Inne</w:t>
      </w:r>
    </w:p>
    <w:p w14:paraId="0BAAA2EC" w14:textId="77777777" w:rsidR="001B6BEB" w:rsidRDefault="00000000">
      <w:r>
        <w:t>Rozpoznanie, data i sposób potwierdzenia ........................................................................</w:t>
      </w:r>
    </w:p>
    <w:p w14:paraId="2C38E122" w14:textId="77777777" w:rsidR="001B6BEB" w:rsidRDefault="00000000">
      <w:r>
        <w:rPr>
          <w:b/>
        </w:rPr>
        <w:t>Czy koń przebył ochwat lub epizod rozpadu mięśni</w:t>
      </w:r>
    </w:p>
    <w:p w14:paraId="1D21A9B0" w14:textId="77777777" w:rsidR="001B6BEB" w:rsidRDefault="00000000">
      <w:r>
        <w:t>☐ Nie   ☐ Ochwat   ☐ Mięśniochwat lub RER</w:t>
      </w:r>
    </w:p>
    <w:p w14:paraId="2F7775FB" w14:textId="77777777" w:rsidR="001B6BEB" w:rsidRDefault="00000000">
      <w:r>
        <w:t>Kiedy, ile epizodów, obecne zalecenia ................................................................................</w:t>
      </w:r>
    </w:p>
    <w:p w14:paraId="14F5E063" w14:textId="77777777" w:rsidR="001B6BEB" w:rsidRDefault="00000000">
      <w:r>
        <w:rPr>
          <w:b/>
        </w:rPr>
        <w:t>Układ pokarmowy</w:t>
      </w:r>
    </w:p>
    <w:p w14:paraId="37ADE8A8" w14:textId="77777777" w:rsidR="001B6BEB" w:rsidRDefault="00000000">
      <w:r>
        <w:t>☐ Brak problemów   ☐ Kolki   ☐ Wrzody   ☐ Biegunka   ☐ Woda kałowa   ☐ Wzdęcia</w:t>
      </w:r>
    </w:p>
    <w:p w14:paraId="25C33715" w14:textId="77777777" w:rsidR="001B6BEB" w:rsidRDefault="00000000">
      <w:r>
        <w:t>Inne objawy, częstość, diagnostyka (np. gastroskopia) ........................................................</w:t>
      </w:r>
    </w:p>
    <w:p w14:paraId="4D24EBB5" w14:textId="77777777" w:rsidR="001B6BEB" w:rsidRDefault="00000000">
      <w:r>
        <w:rPr>
          <w:b/>
        </w:rPr>
        <w:t>Uzębienie i pobieranie pokarmu</w:t>
      </w:r>
    </w:p>
    <w:p w14:paraId="1C7358BF" w14:textId="77777777" w:rsidR="001B6BEB" w:rsidRDefault="00000000">
      <w:r>
        <w:t>Ostatnia kontrola lub korekcja .......................... Braki zębowe ..............................................</w:t>
      </w:r>
    </w:p>
    <w:p w14:paraId="102050A3" w14:textId="77777777" w:rsidR="001B6BEB" w:rsidRDefault="00000000">
      <w:r>
        <w:t>☐ Trudne przeżuwanie   ☐ Wypluwanie kulek siana   ☐ Krztuszenie lub zatkanie przełyku</w:t>
      </w:r>
      <w:r>
        <w:br/>
        <w:t>Opis i data zdarzeń ...........................................................................................................</w:t>
      </w:r>
    </w:p>
    <w:p w14:paraId="42C22800" w14:textId="77777777" w:rsidR="001B6BEB" w:rsidRDefault="00000000">
      <w:r>
        <w:rPr>
          <w:b/>
        </w:rPr>
        <w:t>Leki i zalecenia weterynarza</w:t>
      </w:r>
    </w:p>
    <w:p w14:paraId="2D8556FA" w14:textId="77777777" w:rsidR="001B6BEB" w:rsidRDefault="00000000">
      <w:r>
        <w:t>Nazwy, dawki, cel i czas stosowania; dołącz zalecenia, jeśli je masz.</w:t>
      </w:r>
    </w:p>
    <w:p w14:paraId="6F667987" w14:textId="77777777" w:rsidR="001B6BEB" w:rsidRDefault="00000000">
      <w:r>
        <w:t>................................................................................................................................</w:t>
      </w:r>
    </w:p>
    <w:p w14:paraId="49511F89" w14:textId="77777777" w:rsidR="001B6BEB" w:rsidRDefault="00000000">
      <w:r>
        <w:t>................................................................................................................................</w:t>
      </w:r>
    </w:p>
    <w:p w14:paraId="4833AF66" w14:textId="77777777" w:rsidR="001B6BEB" w:rsidRDefault="00000000">
      <w:r>
        <w:rPr>
          <w:b/>
        </w:rPr>
        <w:t>Odrobaczanie i badania kału</w:t>
      </w:r>
    </w:p>
    <w:p w14:paraId="01DCB3BA" w14:textId="77777777" w:rsidR="001B6BEB" w:rsidRDefault="00000000">
      <w:r>
        <w:t>Ostatnie odrobaczenie i preparat .......................................................................................</w:t>
      </w:r>
      <w:r>
        <w:br/>
        <w:t>Data i wynik ostatniego badania kału ................................................................................</w:t>
      </w:r>
    </w:p>
    <w:p w14:paraId="0AE7879E" w14:textId="77777777" w:rsidR="001B6BEB" w:rsidRDefault="00000000">
      <w:r>
        <w:rPr>
          <w:b/>
        </w:rPr>
        <w:t>Sierść kopyta i skóra</w:t>
      </w:r>
    </w:p>
    <w:p w14:paraId="6F4A6FD8" w14:textId="77777777" w:rsidR="001B6BEB" w:rsidRDefault="00000000">
      <w:r>
        <w:t>☐ Bez problemów   ☐ Matowa sierść   ☐ Długa sierść   ☐ Wolny wzrost kopyt</w:t>
      </w:r>
      <w:r>
        <w:br/>
        <w:t>☐ Kruche kopyta   ☐ Świąd lub zmiany skórne   ☐ Inne .......................................................</w:t>
      </w:r>
    </w:p>
    <w:p w14:paraId="15B1B230" w14:textId="77777777" w:rsidR="001B6BEB" w:rsidRDefault="00000000">
      <w:r>
        <w:rPr>
          <w:b/>
        </w:rPr>
        <w:t>Zachowanie</w:t>
      </w:r>
    </w:p>
    <w:p w14:paraId="5D0DA863" w14:textId="77777777" w:rsidR="001B6BEB" w:rsidRDefault="00000000">
      <w:r>
        <w:t>☐ Spokojny   ☐ Nerwowy   ☐ Strachliwy   ☐ Tkanie   ☐ Łykawość</w:t>
      </w:r>
    </w:p>
    <w:p w14:paraId="7001CCB5" w14:textId="77777777" w:rsidR="001B6BEB" w:rsidRDefault="00000000">
      <w:r>
        <w:t>Kiedy objawy się nasilają ..................................................................................................</w:t>
      </w:r>
    </w:p>
    <w:p w14:paraId="1017276E" w14:textId="77777777" w:rsidR="001B6BEB" w:rsidRDefault="00000000">
      <w:r>
        <w:rPr>
          <w:b/>
        </w:rPr>
        <w:t>Wydolność potliwość i inne problemy zdrowotne</w:t>
      </w:r>
    </w:p>
    <w:p w14:paraId="63505B2F" w14:textId="77777777" w:rsidR="001B6BEB" w:rsidRDefault="00000000">
      <w:r>
        <w:t>Opisz męczliwość, sztywność, nawracające infekcje lub alergie.</w:t>
      </w:r>
    </w:p>
    <w:p w14:paraId="1CC70B12" w14:textId="77777777" w:rsidR="001B6BEB" w:rsidRDefault="00000000">
      <w:r>
        <w:t>................................................................................................................................</w:t>
      </w:r>
    </w:p>
    <w:p w14:paraId="1B0061B8" w14:textId="77777777" w:rsidR="001B6BEB" w:rsidRDefault="00000000">
      <w:r>
        <w:br w:type="page"/>
      </w:r>
    </w:p>
    <w:p w14:paraId="78B1A1D0" w14:textId="77777777" w:rsidR="001B6BEB" w:rsidRDefault="00000000">
      <w:pPr>
        <w:pStyle w:val="Nagwek1"/>
      </w:pPr>
      <w:r>
        <w:lastRenderedPageBreak/>
        <w:t>5 Aktualna dawka pokarmowa</w:t>
      </w:r>
    </w:p>
    <w:p w14:paraId="51999DD3" w14:textId="77777777" w:rsidR="001B6BEB" w:rsidRDefault="00000000">
      <w:r>
        <w:rPr>
          <w:b/>
        </w:rPr>
        <w:t>KAŻDY KOMPONENT MUSI BYĆ ZWAŻONY. Produkty moczone wpisz jako masę suchego produktu przed dodaniem wody.</w:t>
      </w:r>
    </w:p>
    <w:p w14:paraId="0D488BD6" w14:textId="77777777" w:rsidR="001B6BEB" w:rsidRDefault="00000000">
      <w:r>
        <w:t>Wpisz pełne nazwy i marki, a przy suplementach także wariant. Podaj ilość na jeden posiłek i łączną ilość na dobę. Preparaty podawane okresowo opisz wraz z częstością. Jeśli zabraknie miejsca, dodaj wiersze lub osobną kartkę.</w:t>
      </w:r>
    </w:p>
    <w:tbl>
      <w:tblPr>
        <w:tblStyle w:val="Tabela-Siatka"/>
        <w:tblW w:w="10249" w:type="dxa"/>
        <w:tblLook w:val="04A0" w:firstRow="1" w:lastRow="0" w:firstColumn="1" w:lastColumn="0" w:noHBand="0" w:noVBand="1"/>
      </w:tblPr>
      <w:tblGrid>
        <w:gridCol w:w="2563"/>
        <w:gridCol w:w="2562"/>
        <w:gridCol w:w="2562"/>
        <w:gridCol w:w="2562"/>
      </w:tblGrid>
      <w:tr w:rsidR="001B6BEB" w14:paraId="71586FBD" w14:textId="77777777" w:rsidTr="00B01619">
        <w:trPr>
          <w:cantSplit/>
          <w:trHeight w:val="1310"/>
        </w:trPr>
        <w:tc>
          <w:tcPr>
            <w:tcW w:w="25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3293E99" w14:textId="77777777" w:rsidR="001B6BEB" w:rsidRDefault="00000000">
            <w:r>
              <w:t>Nazwa produktu i marka</w:t>
            </w:r>
          </w:p>
        </w:tc>
        <w:tc>
          <w:tcPr>
            <w:tcW w:w="25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05353B7" w14:textId="77777777" w:rsidR="001B6BEB" w:rsidRDefault="00000000">
            <w:r>
              <w:t>Ilość na posiłek</w:t>
            </w:r>
            <w:r>
              <w:br/>
              <w:t>g lub kg</w:t>
            </w:r>
          </w:p>
        </w:tc>
        <w:tc>
          <w:tcPr>
            <w:tcW w:w="25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7BF6F0B" w14:textId="77777777" w:rsidR="001B6BEB" w:rsidRDefault="00000000">
            <w:r>
              <w:t>Liczba podań</w:t>
            </w:r>
            <w:r>
              <w:br/>
              <w:t>w dobie</w:t>
            </w:r>
          </w:p>
        </w:tc>
        <w:tc>
          <w:tcPr>
            <w:tcW w:w="25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613D17C" w14:textId="77777777" w:rsidR="001B6BEB" w:rsidRDefault="00000000">
            <w:r>
              <w:t>Łącznie na dobę</w:t>
            </w:r>
            <w:r>
              <w:br/>
              <w:t>g lub kg</w:t>
            </w:r>
          </w:p>
        </w:tc>
      </w:tr>
      <w:tr w:rsidR="001B6BEB" w14:paraId="3C154C91" w14:textId="77777777" w:rsidTr="00B01619">
        <w:trPr>
          <w:cantSplit/>
          <w:trHeight w:val="1287"/>
        </w:trPr>
        <w:tc>
          <w:tcPr>
            <w:tcW w:w="25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8C3A2DD" w14:textId="77777777" w:rsidR="001B6BEB" w:rsidRDefault="00000000">
            <w:r>
              <w:br/>
            </w:r>
          </w:p>
        </w:tc>
        <w:tc>
          <w:tcPr>
            <w:tcW w:w="25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44BE635" w14:textId="77777777" w:rsidR="001B6BEB" w:rsidRDefault="00000000">
            <w:r>
              <w:br/>
            </w:r>
          </w:p>
        </w:tc>
        <w:tc>
          <w:tcPr>
            <w:tcW w:w="25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ECB44A3" w14:textId="77777777" w:rsidR="001B6BEB" w:rsidRDefault="00000000">
            <w:r>
              <w:br/>
            </w:r>
          </w:p>
        </w:tc>
        <w:tc>
          <w:tcPr>
            <w:tcW w:w="25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71502B3" w14:textId="77777777" w:rsidR="001B6BEB" w:rsidRDefault="00000000">
            <w:r>
              <w:br/>
            </w:r>
          </w:p>
        </w:tc>
      </w:tr>
      <w:tr w:rsidR="001B6BEB" w14:paraId="39657C5E" w14:textId="77777777" w:rsidTr="00B01619">
        <w:trPr>
          <w:cantSplit/>
          <w:trHeight w:val="1310"/>
        </w:trPr>
        <w:tc>
          <w:tcPr>
            <w:tcW w:w="25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82731B7" w14:textId="77777777" w:rsidR="001B6BEB" w:rsidRDefault="00000000">
            <w:r>
              <w:br/>
            </w:r>
          </w:p>
        </w:tc>
        <w:tc>
          <w:tcPr>
            <w:tcW w:w="25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2AB078F" w14:textId="77777777" w:rsidR="001B6BEB" w:rsidRDefault="00000000">
            <w:r>
              <w:br/>
            </w:r>
          </w:p>
        </w:tc>
        <w:tc>
          <w:tcPr>
            <w:tcW w:w="25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64DB6C3" w14:textId="77777777" w:rsidR="001B6BEB" w:rsidRDefault="00000000">
            <w:r>
              <w:br/>
            </w:r>
          </w:p>
        </w:tc>
        <w:tc>
          <w:tcPr>
            <w:tcW w:w="25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E69516C" w14:textId="77777777" w:rsidR="001B6BEB" w:rsidRDefault="00000000">
            <w:r>
              <w:br/>
            </w:r>
          </w:p>
        </w:tc>
      </w:tr>
      <w:tr w:rsidR="001B6BEB" w14:paraId="58782CBC" w14:textId="77777777" w:rsidTr="00B01619">
        <w:trPr>
          <w:cantSplit/>
          <w:trHeight w:val="1287"/>
        </w:trPr>
        <w:tc>
          <w:tcPr>
            <w:tcW w:w="25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560FDB7" w14:textId="77777777" w:rsidR="001B6BEB" w:rsidRDefault="00000000">
            <w:r>
              <w:br/>
            </w:r>
          </w:p>
        </w:tc>
        <w:tc>
          <w:tcPr>
            <w:tcW w:w="25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4F2079B" w14:textId="77777777" w:rsidR="001B6BEB" w:rsidRDefault="00000000">
            <w:r>
              <w:br/>
            </w:r>
          </w:p>
        </w:tc>
        <w:tc>
          <w:tcPr>
            <w:tcW w:w="25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41AB302" w14:textId="77777777" w:rsidR="001B6BEB" w:rsidRDefault="00000000">
            <w:r>
              <w:br/>
            </w:r>
          </w:p>
        </w:tc>
        <w:tc>
          <w:tcPr>
            <w:tcW w:w="25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F520435" w14:textId="77777777" w:rsidR="001B6BEB" w:rsidRDefault="00000000">
            <w:r>
              <w:br/>
            </w:r>
          </w:p>
        </w:tc>
      </w:tr>
      <w:tr w:rsidR="001B6BEB" w14:paraId="4375F64C" w14:textId="77777777" w:rsidTr="00B01619">
        <w:trPr>
          <w:cantSplit/>
          <w:trHeight w:val="1310"/>
        </w:trPr>
        <w:tc>
          <w:tcPr>
            <w:tcW w:w="25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5590D14" w14:textId="77777777" w:rsidR="001B6BEB" w:rsidRDefault="00000000">
            <w:r>
              <w:br/>
            </w:r>
          </w:p>
        </w:tc>
        <w:tc>
          <w:tcPr>
            <w:tcW w:w="25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4577782" w14:textId="77777777" w:rsidR="001B6BEB" w:rsidRDefault="00000000">
            <w:r>
              <w:br/>
            </w:r>
          </w:p>
        </w:tc>
        <w:tc>
          <w:tcPr>
            <w:tcW w:w="25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A907563" w14:textId="77777777" w:rsidR="001B6BEB" w:rsidRDefault="00000000">
            <w:r>
              <w:br/>
            </w:r>
          </w:p>
        </w:tc>
        <w:tc>
          <w:tcPr>
            <w:tcW w:w="25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2F45BE4" w14:textId="77777777" w:rsidR="001B6BEB" w:rsidRDefault="00000000">
            <w:r>
              <w:br/>
            </w:r>
          </w:p>
        </w:tc>
      </w:tr>
      <w:tr w:rsidR="001B6BEB" w14:paraId="74C14AFC" w14:textId="77777777" w:rsidTr="00B01619">
        <w:trPr>
          <w:cantSplit/>
          <w:trHeight w:val="1287"/>
        </w:trPr>
        <w:tc>
          <w:tcPr>
            <w:tcW w:w="25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F768B7E" w14:textId="77777777" w:rsidR="001B6BEB" w:rsidRDefault="00000000">
            <w:r>
              <w:br/>
            </w:r>
          </w:p>
        </w:tc>
        <w:tc>
          <w:tcPr>
            <w:tcW w:w="25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1D217FF" w14:textId="77777777" w:rsidR="001B6BEB" w:rsidRDefault="00000000">
            <w:r>
              <w:br/>
            </w:r>
          </w:p>
        </w:tc>
        <w:tc>
          <w:tcPr>
            <w:tcW w:w="25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3EF6675" w14:textId="77777777" w:rsidR="001B6BEB" w:rsidRDefault="00000000">
            <w:r>
              <w:br/>
            </w:r>
          </w:p>
        </w:tc>
        <w:tc>
          <w:tcPr>
            <w:tcW w:w="25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23A61A8" w14:textId="77777777" w:rsidR="001B6BEB" w:rsidRDefault="00000000">
            <w:r>
              <w:br/>
            </w:r>
          </w:p>
        </w:tc>
      </w:tr>
      <w:tr w:rsidR="001B6BEB" w14:paraId="03F0B2C6" w14:textId="77777777" w:rsidTr="00B01619">
        <w:trPr>
          <w:cantSplit/>
          <w:trHeight w:val="1310"/>
        </w:trPr>
        <w:tc>
          <w:tcPr>
            <w:tcW w:w="25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666A766" w14:textId="77777777" w:rsidR="001B6BEB" w:rsidRDefault="00000000">
            <w:r>
              <w:br/>
            </w:r>
          </w:p>
        </w:tc>
        <w:tc>
          <w:tcPr>
            <w:tcW w:w="25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B30C5A7" w14:textId="77777777" w:rsidR="001B6BEB" w:rsidRDefault="00000000">
            <w:r>
              <w:br/>
            </w:r>
          </w:p>
        </w:tc>
        <w:tc>
          <w:tcPr>
            <w:tcW w:w="25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91B6A17" w14:textId="77777777" w:rsidR="001B6BEB" w:rsidRDefault="00000000">
            <w:r>
              <w:br/>
            </w:r>
          </w:p>
        </w:tc>
        <w:tc>
          <w:tcPr>
            <w:tcW w:w="25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BC1C6B3" w14:textId="77777777" w:rsidR="001B6BEB" w:rsidRDefault="00000000">
            <w:r>
              <w:br/>
            </w:r>
          </w:p>
        </w:tc>
      </w:tr>
      <w:tr w:rsidR="001B6BEB" w14:paraId="1A696A6C" w14:textId="77777777" w:rsidTr="00B01619">
        <w:trPr>
          <w:cantSplit/>
          <w:trHeight w:val="1287"/>
        </w:trPr>
        <w:tc>
          <w:tcPr>
            <w:tcW w:w="25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406FF37" w14:textId="77777777" w:rsidR="001B6BEB" w:rsidRDefault="00000000">
            <w:r>
              <w:br/>
            </w:r>
          </w:p>
        </w:tc>
        <w:tc>
          <w:tcPr>
            <w:tcW w:w="25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B79BE0A" w14:textId="77777777" w:rsidR="001B6BEB" w:rsidRDefault="00000000">
            <w:r>
              <w:br/>
            </w:r>
          </w:p>
        </w:tc>
        <w:tc>
          <w:tcPr>
            <w:tcW w:w="25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87C7666" w14:textId="77777777" w:rsidR="001B6BEB" w:rsidRDefault="00000000">
            <w:r>
              <w:br/>
            </w:r>
          </w:p>
        </w:tc>
        <w:tc>
          <w:tcPr>
            <w:tcW w:w="25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9D70F0F" w14:textId="77777777" w:rsidR="001B6BEB" w:rsidRDefault="00000000">
            <w:r>
              <w:br/>
            </w:r>
          </w:p>
        </w:tc>
      </w:tr>
      <w:tr w:rsidR="001B6BEB" w14:paraId="23D70BCE" w14:textId="77777777" w:rsidTr="00B01619">
        <w:trPr>
          <w:cantSplit/>
          <w:trHeight w:val="1310"/>
        </w:trPr>
        <w:tc>
          <w:tcPr>
            <w:tcW w:w="25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9247F02" w14:textId="77777777" w:rsidR="001B6BEB" w:rsidRDefault="00000000">
            <w:r>
              <w:br/>
            </w:r>
          </w:p>
        </w:tc>
        <w:tc>
          <w:tcPr>
            <w:tcW w:w="25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8295E65" w14:textId="77777777" w:rsidR="001B6BEB" w:rsidRDefault="00000000">
            <w:r>
              <w:br/>
            </w:r>
          </w:p>
        </w:tc>
        <w:tc>
          <w:tcPr>
            <w:tcW w:w="25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6172D66" w14:textId="77777777" w:rsidR="001B6BEB" w:rsidRDefault="00000000">
            <w:r>
              <w:br/>
            </w:r>
          </w:p>
        </w:tc>
        <w:tc>
          <w:tcPr>
            <w:tcW w:w="25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2355A54" w14:textId="77777777" w:rsidR="001B6BEB" w:rsidRDefault="00000000">
            <w:r>
              <w:br/>
            </w:r>
          </w:p>
        </w:tc>
      </w:tr>
    </w:tbl>
    <w:p w14:paraId="0BEC95A9" w14:textId="77777777" w:rsidR="001B6BEB" w:rsidRDefault="00000000">
      <w:r>
        <w:rPr>
          <w:b/>
        </w:rPr>
        <w:lastRenderedPageBreak/>
        <w:t>Liczba posiłków i godziny karmienia</w:t>
      </w:r>
    </w:p>
    <w:p w14:paraId="0E36343D" w14:textId="77777777" w:rsidR="001B6BEB" w:rsidRDefault="00000000">
      <w:r>
        <w:t>................................................................................................................................</w:t>
      </w:r>
    </w:p>
    <w:p w14:paraId="507EB258" w14:textId="77777777" w:rsidR="001B6BEB" w:rsidRDefault="00000000">
      <w:r>
        <w:rPr>
          <w:b/>
        </w:rPr>
        <w:t>Czy można zwiększyć liczbę posiłków</w:t>
      </w:r>
    </w:p>
    <w:p w14:paraId="278CBDED" w14:textId="77777777" w:rsidR="001B6BEB" w:rsidRDefault="00000000">
      <w:r>
        <w:t>☐ Tak   ☐ Nie   ☐ Do ustalenia</w:t>
      </w:r>
    </w:p>
    <w:p w14:paraId="5D5EEC69" w14:textId="77777777" w:rsidR="001B6BEB" w:rsidRDefault="00000000">
      <w:r>
        <w:rPr>
          <w:b/>
        </w:rPr>
        <w:t>Jak przygotowujesz pasze</w:t>
      </w:r>
    </w:p>
    <w:p w14:paraId="1DA064A5" w14:textId="77777777" w:rsidR="001B6BEB" w:rsidRDefault="00000000">
      <w:r>
        <w:t>Które moczysz, jak długo i w jakiej ilości wody?</w:t>
      </w:r>
    </w:p>
    <w:p w14:paraId="2D41C205" w14:textId="77777777" w:rsidR="001B6BEB" w:rsidRDefault="00000000">
      <w:r>
        <w:t>................................................................................................................................</w:t>
      </w:r>
    </w:p>
    <w:p w14:paraId="4EBCF682" w14:textId="77777777" w:rsidR="001B6BEB" w:rsidRDefault="00000000">
      <w:r>
        <w:rPr>
          <w:b/>
        </w:rPr>
        <w:t>Apetyt</w:t>
      </w:r>
    </w:p>
    <w:p w14:paraId="4249B803" w14:textId="77777777" w:rsidR="001B6BEB" w:rsidRDefault="00000000">
      <w:r>
        <w:t>☐ Wyjada wszystko   ☐ Wybredny   ☐ Zostawia resztki   ☐ Apetyt zmienny</w:t>
      </w:r>
    </w:p>
    <w:p w14:paraId="21251C50" w14:textId="77777777" w:rsidR="001B6BEB" w:rsidRDefault="00000000">
      <w:r>
        <w:t>Czego nie zjada lub czego nie toleruje ................................................................................</w:t>
      </w:r>
    </w:p>
    <w:p w14:paraId="27BBFF02" w14:textId="77777777" w:rsidR="001B6BEB" w:rsidRDefault="00000000">
      <w:r>
        <w:rPr>
          <w:b/>
        </w:rPr>
        <w:t>Ostatnie zmiany żywienia</w:t>
      </w:r>
    </w:p>
    <w:p w14:paraId="7232B050" w14:textId="77777777" w:rsidR="001B6BEB" w:rsidRDefault="00000000">
      <w:r>
        <w:t>Co zmieniono, kiedy i jaka była reakcja ..............................................................................</w:t>
      </w:r>
    </w:p>
    <w:p w14:paraId="0C0277A5" w14:textId="77777777" w:rsidR="001B6BEB" w:rsidRDefault="00000000">
      <w:pPr>
        <w:pStyle w:val="Nagwek1"/>
      </w:pPr>
      <w:r>
        <w:t xml:space="preserve">6 Siano </w:t>
      </w:r>
      <w:proofErr w:type="spellStart"/>
      <w:r>
        <w:t>woda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warunki utrzymania</w:t>
      </w:r>
    </w:p>
    <w:p w14:paraId="55B4BEF8" w14:textId="77777777" w:rsidR="001B6BEB" w:rsidRDefault="00000000">
      <w:r>
        <w:rPr>
          <w:b/>
        </w:rPr>
        <w:t xml:space="preserve">Siano </w:t>
      </w:r>
      <w:proofErr w:type="spellStart"/>
      <w:r>
        <w:rPr>
          <w:b/>
        </w:rPr>
        <w:t>lub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pasza</w:t>
      </w:r>
      <w:proofErr w:type="spellEnd"/>
      <w:r>
        <w:rPr>
          <w:b/>
        </w:rPr>
        <w:t xml:space="preserve"> objętościowa</w:t>
      </w:r>
    </w:p>
    <w:p w14:paraId="120F1B9E" w14:textId="77777777" w:rsidR="001B6BEB" w:rsidRDefault="00000000">
      <w:r>
        <w:t>Rodzaj ......................................... Zważona ilość oferowana na dobę ................ kg</w:t>
      </w:r>
      <w:r>
        <w:br/>
        <w:t>☐ Stały dostęp   ☐ Porcje — ile ............   ☐ Wspólnie z innymi końmi</w:t>
      </w:r>
      <w:r>
        <w:br/>
        <w:t>Czy zostają resztki i ile? .....................................................................................................</w:t>
      </w:r>
    </w:p>
    <w:p w14:paraId="68A348F9" w14:textId="77777777" w:rsidR="001B6BEB" w:rsidRDefault="00000000">
      <w:r>
        <w:rPr>
          <w:b/>
        </w:rPr>
        <w:t>Najdłuższa przerwa bez siana lub trawy</w:t>
      </w:r>
    </w:p>
    <w:p w14:paraId="5B336AB9" w14:textId="77777777" w:rsidR="001B6BEB" w:rsidRDefault="00000000">
      <w:r>
        <w:t>W dzień ................ godzin   W nocy ................ godzin   ☐ Nie wiem</w:t>
      </w:r>
    </w:p>
    <w:p w14:paraId="5E92151F" w14:textId="77777777" w:rsidR="001B6BEB" w:rsidRDefault="00000000">
      <w:r>
        <w:rPr>
          <w:b/>
        </w:rPr>
        <w:t>Jakość i sposób podawania siana</w:t>
      </w:r>
    </w:p>
    <w:p w14:paraId="25411EE7" w14:textId="77777777" w:rsidR="001B6BEB" w:rsidRDefault="00000000">
      <w:r>
        <w:t>☐ Siatka   ☐ Paśnik   ☐ Ziemia   ☐ Inny ...........................................................................</w:t>
      </w:r>
      <w:r>
        <w:br/>
        <w:t>Jakość: zapach, pylenie, pleśń, twardość .............................................................................</w:t>
      </w:r>
      <w:r>
        <w:br/>
        <w:t>Czy masz analizę siana? TAK / NIE — jeżeli tak, dołącz ją.</w:t>
      </w:r>
    </w:p>
    <w:p w14:paraId="4E4B5930" w14:textId="77777777" w:rsidR="001B6BEB" w:rsidRDefault="00000000">
      <w:r>
        <w:rPr>
          <w:b/>
        </w:rPr>
        <w:t>Moczenie lub parowanie siana</w:t>
      </w:r>
    </w:p>
    <w:p w14:paraId="3BA9550A" w14:textId="77777777" w:rsidR="001B6BEB" w:rsidRDefault="00000000">
      <w:r>
        <w:t>☐ Nie   ☐ Moczenie   ☐ Parowanie   Czas .................... Powód .........................................</w:t>
      </w:r>
      <w:r>
        <w:br/>
        <w:t>Podana masa siana dotyczy: ☐ Przed moczeniem   ☐ Po moczeniu</w:t>
      </w:r>
    </w:p>
    <w:p w14:paraId="6A3028DD" w14:textId="77777777" w:rsidR="001B6BEB" w:rsidRDefault="00000000">
      <w:r>
        <w:rPr>
          <w:b/>
        </w:rPr>
        <w:t>Woda i sól</w:t>
      </w:r>
    </w:p>
    <w:p w14:paraId="549C8405" w14:textId="77777777" w:rsidR="001B6BEB" w:rsidRDefault="00000000">
      <w:r>
        <w:t>Stały dostęp do czystej wody: TAK / NIE. Poidło / wiadro / inne .......................................</w:t>
      </w:r>
      <w:r>
        <w:br/>
        <w:t>Czy koń pije mniej, więcej lub ma trudność z dostępem? ...................................................</w:t>
      </w:r>
      <w:r>
        <w:br/>
        <w:t>Sól: ☐ Dodawana do paszy — zważona dawka .......... g/dobę   ☐ Lizawka   ☐ Brak</w:t>
      </w:r>
      <w:r>
        <w:br/>
        <w:t>Rodzaj lizawki i inne źródła soli ........................................................................................</w:t>
      </w:r>
    </w:p>
    <w:p w14:paraId="13819693" w14:textId="77777777" w:rsidR="001B6BEB" w:rsidRDefault="00000000">
      <w:r>
        <w:rPr>
          <w:b/>
        </w:rPr>
        <w:t>System utrzymania</w:t>
      </w:r>
    </w:p>
    <w:p w14:paraId="6D7A4850" w14:textId="77777777" w:rsidR="001B6BEB" w:rsidRDefault="00000000">
      <w:r>
        <w:t>☐ Boks i padok   ☐ Wolny wybieg   ☐ Inny</w:t>
      </w:r>
    </w:p>
    <w:p w14:paraId="073506C6" w14:textId="77777777" w:rsidR="001B6BEB" w:rsidRDefault="00000000">
      <w:r>
        <w:lastRenderedPageBreak/>
        <w:t>Czas poza boksem ................ godz./dobę   Ściółka ..........................................................</w:t>
      </w:r>
      <w:r>
        <w:br/>
        <w:t>Czy koń zjada ściółkę? TAK / NIE / NIE WIEM</w:t>
      </w:r>
    </w:p>
    <w:p w14:paraId="18518803" w14:textId="77777777" w:rsidR="001B6BEB" w:rsidRDefault="00000000">
      <w:r>
        <w:rPr>
          <w:b/>
        </w:rPr>
        <w:t>Pastwisko i ruch swobodny</w:t>
      </w:r>
    </w:p>
    <w:p w14:paraId="0ADBA9C5" w14:textId="77777777" w:rsidR="001B6BEB" w:rsidRDefault="00000000">
      <w:r>
        <w:t>Wypas: ☐ Całoroczny   ☐ Sezonowy   ☐ Brak   Czas .......... godz./dobę</w:t>
      </w:r>
      <w:r>
        <w:br/>
        <w:t>Trawa: ☐ Bujna   ☐ Krótka   ☐ Padok bez trawy</w:t>
      </w:r>
      <w:r>
        <w:br/>
        <w:t>Siano na padoku przy braku trawy: TAK / NIE. Czy inne konie utrudniają dostęp? TAK / NIE</w:t>
      </w:r>
    </w:p>
    <w:p w14:paraId="280C9367" w14:textId="77777777" w:rsidR="001B6BEB" w:rsidRDefault="00000000">
      <w:r>
        <w:rPr>
          <w:b/>
        </w:rPr>
        <w:t>Możliwości organizacyjne</w:t>
      </w:r>
    </w:p>
    <w:p w14:paraId="057FB009" w14:textId="77777777" w:rsidR="001B6BEB" w:rsidRDefault="00000000">
      <w:r>
        <w:t>Czy można ważyć porcje, moczyć pasze i przechowywać dodatki? ......................................</w:t>
      </w:r>
      <w:r>
        <w:br/>
        <w:t>Inne ograniczenia w stajni .................................................................................................</w:t>
      </w:r>
    </w:p>
    <w:p w14:paraId="6CA16D05" w14:textId="01E56788" w:rsidR="001B6BEB" w:rsidRDefault="00000000" w:rsidP="00B01619">
      <w:pPr>
        <w:pStyle w:val="Nagwek1"/>
      </w:pPr>
      <w:r>
        <w:t>7 Praca i oczekiwania wobec diety</w:t>
      </w:r>
    </w:p>
    <w:p w14:paraId="07E04C49" w14:textId="77777777" w:rsidR="001B6BEB" w:rsidRDefault="00000000">
      <w:r>
        <w:rPr>
          <w:b/>
        </w:rPr>
        <w:t>Użytkowanie</w:t>
      </w:r>
    </w:p>
    <w:p w14:paraId="42DB3C8C" w14:textId="77777777" w:rsidR="001B6BEB" w:rsidRDefault="00000000">
      <w:r>
        <w:t>☐ Brak pracy lub emerytura   ☐ Rekreacja   ☐ Sport   ☐ Hodowla</w:t>
      </w:r>
    </w:p>
    <w:p w14:paraId="6FAEB141" w14:textId="77777777" w:rsidR="001B6BEB" w:rsidRDefault="00000000">
      <w:r>
        <w:t>Dyscyplina i poziom ..........................................................................................................</w:t>
      </w:r>
      <w:r>
        <w:br/>
        <w:t>Liczba treningów w tygodniu .......... Czas jednego treningu .......... minut</w:t>
      </w:r>
      <w:r>
        <w:br/>
        <w:t>Opis intensywności: ile stępa, kłusa, galopu; skoki, teren lub inne .......................................</w:t>
      </w:r>
      <w:r>
        <w:br/>
        <w:t>................................................................................................................................</w:t>
      </w:r>
    </w:p>
    <w:p w14:paraId="1BD3081F" w14:textId="77777777" w:rsidR="001B6BEB" w:rsidRDefault="00000000">
      <w:r>
        <w:rPr>
          <w:b/>
        </w:rPr>
        <w:t>Planowane zmiany pracy lub warunków</w:t>
      </w:r>
    </w:p>
    <w:p w14:paraId="09EB4A55" w14:textId="77777777" w:rsidR="001B6BEB" w:rsidRDefault="00000000">
      <w:r>
        <w:t>Np. powrót po przerwie, zawody, zmiana stajni lub zakończenie wypasu.</w:t>
      </w:r>
    </w:p>
    <w:p w14:paraId="228F53C8" w14:textId="77777777" w:rsidR="001B6BEB" w:rsidRDefault="00000000">
      <w:r>
        <w:t>................................................................................................................................</w:t>
      </w:r>
    </w:p>
    <w:p w14:paraId="6F8DDC45" w14:textId="77777777" w:rsidR="001B6BEB" w:rsidRDefault="00000000">
      <w:r>
        <w:rPr>
          <w:b/>
        </w:rPr>
        <w:t>Pasze zapewniane przez pensjonat</w:t>
      </w:r>
    </w:p>
    <w:p w14:paraId="3048413F" w14:textId="77777777" w:rsidR="001B6BEB" w:rsidRDefault="00000000">
      <w:r>
        <w:t>Nazwy i ilości ....................................................................................................................</w:t>
      </w:r>
      <w:r>
        <w:br/>
        <w:t>Czy mają pozostać w nowej diecie? ☐ Tak   ☐ Nie   ☐ Do ustalenia</w:t>
      </w:r>
    </w:p>
    <w:p w14:paraId="5EFBE33A" w14:textId="77777777" w:rsidR="001B6BEB" w:rsidRDefault="00000000">
      <w:r>
        <w:rPr>
          <w:b/>
        </w:rPr>
        <w:t>Preferowany sposób żywienia</w:t>
      </w:r>
    </w:p>
    <w:p w14:paraId="00492402" w14:textId="77777777" w:rsidR="001B6BEB" w:rsidRDefault="00000000">
      <w:r>
        <w:t>☐ Jedna gotowa pasza treściwa, obok siana lub trawy</w:t>
      </w:r>
      <w:r>
        <w:br/>
        <w:t>☐ Kilka pasz i dodatków   ☐ Uzupełnienie żywienia w pensjonacie</w:t>
      </w:r>
      <w:r>
        <w:br/>
        <w:t>☐ Proszę o propozycję doradcy</w:t>
      </w:r>
    </w:p>
    <w:p w14:paraId="10F6FE7A" w14:textId="77777777" w:rsidR="001B6BEB" w:rsidRDefault="00000000">
      <w:r>
        <w:rPr>
          <w:b/>
        </w:rPr>
        <w:t>Miesięczny budżet na kupowane pasze i dodatki</w:t>
      </w:r>
    </w:p>
    <w:p w14:paraId="6E8D4611" w14:textId="5C47F84A" w:rsidR="001B6BEB" w:rsidRDefault="00000000">
      <w:r>
        <w:t xml:space="preserve">Bez </w:t>
      </w:r>
      <w:proofErr w:type="spellStart"/>
      <w:r>
        <w:t>siana</w:t>
      </w:r>
      <w:proofErr w:type="spellEnd"/>
      <w:r w:rsidR="00B01619">
        <w:t xml:space="preserve"> I </w:t>
      </w:r>
      <w:proofErr w:type="spellStart"/>
      <w:r w:rsidR="00B01619">
        <w:t>pasz</w:t>
      </w:r>
      <w:proofErr w:type="spellEnd"/>
      <w:r>
        <w:t xml:space="preserve"> </w:t>
      </w:r>
      <w:proofErr w:type="spellStart"/>
      <w:r>
        <w:t>zapewnian</w:t>
      </w:r>
      <w:r w:rsidR="00B01619">
        <w:t>ych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pensjonat</w:t>
      </w:r>
      <w:proofErr w:type="spellEnd"/>
      <w:r>
        <w:t>.</w:t>
      </w:r>
      <w:r>
        <w:br/>
        <w:t>☐ Niewielki dodatek   ☐ Do 500 zł   ☐ Do 800 zł   ☐ Do 1000 zł</w:t>
      </w:r>
      <w:r>
        <w:br/>
        <w:t>☐ Do ustalenia   ☐ Inny ................. zł/mies.</w:t>
      </w:r>
    </w:p>
    <w:p w14:paraId="3CC5E7C7" w14:textId="77777777" w:rsidR="001B6BEB" w:rsidRDefault="00000000">
      <w:r>
        <w:rPr>
          <w:b/>
        </w:rPr>
        <w:t>Najważniejszy cel zmiany diety</w:t>
      </w:r>
    </w:p>
    <w:p w14:paraId="0F59950A" w14:textId="77777777" w:rsidR="001B6BEB" w:rsidRDefault="00000000">
      <w:r>
        <w:t>................................................................................................................................</w:t>
      </w:r>
    </w:p>
    <w:p w14:paraId="7AB748A4" w14:textId="77777777" w:rsidR="001B6BEB" w:rsidRDefault="00000000">
      <w:r>
        <w:t>................................................................................................................................</w:t>
      </w:r>
    </w:p>
    <w:p w14:paraId="646ABBA1" w14:textId="77777777" w:rsidR="001B6BEB" w:rsidRDefault="00000000">
      <w:r>
        <w:t>Np. poprawa kondycji, przyrost lub redukcja masy, wsparcie mięśni, dopasowanie do pracy lub rozpoznanej choroby.</w:t>
      </w:r>
    </w:p>
    <w:p w14:paraId="12E0E5A7" w14:textId="77777777" w:rsidR="00B01619" w:rsidRDefault="00B01619">
      <w:pPr>
        <w:rPr>
          <w:b/>
        </w:rPr>
      </w:pPr>
    </w:p>
    <w:p w14:paraId="6DACF9A9" w14:textId="3C7FEE2C" w:rsidR="001B6BEB" w:rsidRDefault="00000000">
      <w:r>
        <w:rPr>
          <w:b/>
        </w:rPr>
        <w:lastRenderedPageBreak/>
        <w:t>Inne informacje lub ograniczenia</w:t>
      </w:r>
    </w:p>
    <w:p w14:paraId="1FF2B0FF" w14:textId="77777777" w:rsidR="001B6BEB" w:rsidRDefault="00000000">
      <w:r>
        <w:t>................................................................................................................................</w:t>
      </w:r>
    </w:p>
    <w:p w14:paraId="3C7CEFFE" w14:textId="77777777" w:rsidR="001B6BEB" w:rsidRDefault="00000000">
      <w:pPr>
        <w:pStyle w:val="Nagwek2"/>
      </w:pPr>
      <w:r>
        <w:t>Dokumenty do wysłania</w:t>
      </w:r>
    </w:p>
    <w:p w14:paraId="200FB672" w14:textId="77777777" w:rsidR="001B6BEB" w:rsidRDefault="00000000">
      <w:pPr>
        <w:rPr>
          <w:b/>
          <w:bCs/>
        </w:rPr>
      </w:pPr>
      <w:r>
        <w:t>☐ Wypełniony formularz ze zważonymi dawkami</w:t>
      </w:r>
      <w:r>
        <w:br/>
        <w:t>☐ Aktualne zdjęcia konia z obu boków, z przodu i z tyłu — na równym podłożu, bez siodła, derki i czapraka, w dobrym świetle</w:t>
      </w:r>
      <w:r>
        <w:br/>
        <w:t xml:space="preserve">☐ Wyniki badań z ostatnich 3 miesięcy i starsze istotne wyniki, </w:t>
      </w:r>
      <w:r w:rsidRPr="00B01619">
        <w:rPr>
          <w:b/>
          <w:bCs/>
        </w:rPr>
        <w:t>jeśli są dostępne</w:t>
      </w:r>
      <w:r w:rsidRPr="00B01619">
        <w:rPr>
          <w:b/>
          <w:bCs/>
        </w:rPr>
        <w:br/>
      </w:r>
      <w:r>
        <w:t xml:space="preserve">☐ Zalecenia weterynarza i analiza </w:t>
      </w:r>
      <w:proofErr w:type="spellStart"/>
      <w:r>
        <w:t>siana</w:t>
      </w:r>
      <w:proofErr w:type="spellEnd"/>
      <w:r>
        <w:t xml:space="preserve">, </w:t>
      </w:r>
      <w:proofErr w:type="spellStart"/>
      <w:r w:rsidRPr="00B01619">
        <w:rPr>
          <w:b/>
          <w:bCs/>
        </w:rPr>
        <w:t>jeśli</w:t>
      </w:r>
      <w:proofErr w:type="spellEnd"/>
      <w:r w:rsidRPr="00B01619">
        <w:rPr>
          <w:b/>
          <w:bCs/>
        </w:rPr>
        <w:t xml:space="preserve"> </w:t>
      </w:r>
      <w:proofErr w:type="spellStart"/>
      <w:r w:rsidRPr="00B01619">
        <w:rPr>
          <w:b/>
          <w:bCs/>
        </w:rPr>
        <w:t>są</w:t>
      </w:r>
      <w:proofErr w:type="spellEnd"/>
      <w:r w:rsidRPr="00B01619">
        <w:rPr>
          <w:b/>
          <w:bCs/>
        </w:rPr>
        <w:t xml:space="preserve"> </w:t>
      </w:r>
      <w:proofErr w:type="spellStart"/>
      <w:r w:rsidRPr="00B01619">
        <w:rPr>
          <w:b/>
          <w:bCs/>
        </w:rPr>
        <w:t>dostępne</w:t>
      </w:r>
      <w:proofErr w:type="spellEnd"/>
    </w:p>
    <w:p w14:paraId="34B85E95" w14:textId="77777777" w:rsidR="00B01619" w:rsidRPr="00B01619" w:rsidRDefault="00B01619">
      <w:pPr>
        <w:rPr>
          <w:sz w:val="24"/>
          <w:szCs w:val="24"/>
        </w:rPr>
      </w:pPr>
    </w:p>
    <w:p w14:paraId="15D6FEB8" w14:textId="77777777" w:rsidR="001B6BEB" w:rsidRPr="00B01619" w:rsidRDefault="00000000">
      <w:pPr>
        <w:rPr>
          <w:sz w:val="24"/>
          <w:szCs w:val="24"/>
        </w:rPr>
      </w:pPr>
      <w:r w:rsidRPr="00B01619">
        <w:rPr>
          <w:b/>
          <w:sz w:val="24"/>
          <w:szCs w:val="24"/>
        </w:rPr>
        <w:t>Wyślij dokumentację na poradydietetyczne@masterspolska.pl</w:t>
      </w:r>
    </w:p>
    <w:p w14:paraId="73F6A15F" w14:textId="5E62FA8C" w:rsidR="001B6BEB" w:rsidRDefault="001B6BEB"/>
    <w:sectPr w:rsidR="001B6BEB" w:rsidSect="00034616">
      <w:footerReference w:type="default" r:id="rId23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52747" w14:textId="77777777" w:rsidR="00EE6D40" w:rsidRDefault="00EE6D40">
      <w:pPr>
        <w:spacing w:after="0" w:line="240" w:lineRule="auto"/>
      </w:pPr>
      <w:r>
        <w:separator/>
      </w:r>
    </w:p>
  </w:endnote>
  <w:endnote w:type="continuationSeparator" w:id="0">
    <w:p w14:paraId="052F25B3" w14:textId="77777777" w:rsidR="00EE6D40" w:rsidRDefault="00EE6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A69AA" w14:textId="77777777" w:rsidR="001B6BEB" w:rsidRDefault="00000000">
    <w:pPr>
      <w:pStyle w:val="Legenda"/>
    </w:pPr>
    <w:r>
      <w:rPr>
        <w:color w:val="000000"/>
      </w:rPr>
      <w:t xml:space="preserve">Masters </w:t>
    </w:r>
    <w:proofErr w:type="spellStart"/>
    <w:r>
      <w:rPr>
        <w:color w:val="000000"/>
      </w:rPr>
      <w:t>i</w:t>
    </w:r>
    <w:proofErr w:type="spellEnd"/>
    <w:r>
      <w:rPr>
        <w:color w:val="000000"/>
      </w:rPr>
      <w:t xml:space="preserve"> Marstall  •  </w:t>
    </w:r>
    <w:proofErr w:type="spellStart"/>
    <w:r>
      <w:rPr>
        <w:color w:val="000000"/>
      </w:rPr>
      <w:t>Formularz</w:t>
    </w:r>
    <w:proofErr w:type="spellEnd"/>
    <w:r>
      <w:rPr>
        <w:color w:val="000000"/>
      </w:rPr>
      <w:t xml:space="preserve"> </w:t>
    </w:r>
    <w:proofErr w:type="spellStart"/>
    <w:r>
      <w:rPr>
        <w:color w:val="000000"/>
      </w:rPr>
      <w:t>żywieniowy</w:t>
    </w:r>
    <w:proofErr w:type="spellEnd"/>
    <w:r>
      <w:rPr>
        <w:color w:val="000000"/>
      </w:rPr>
      <w:t xml:space="preserve"> </w:t>
    </w:r>
    <w:proofErr w:type="spellStart"/>
    <w:r>
      <w:rPr>
        <w:color w:val="000000"/>
      </w:rPr>
      <w:t>konia</w:t>
    </w:r>
    <w:proofErr w:type="spellEnd"/>
    <w:r>
      <w:rPr>
        <w:color w:val="000000"/>
      </w:rPr>
      <w:t xml:space="preserve">  |  </w:t>
    </w:r>
    <w:r>
      <w:fldChar w:fldCharType="begin"/>
    </w:r>
    <w:r>
      <w:instrText>PAGE</w:instrText>
    </w:r>
    <w:r>
      <w:fldChar w:fldCharType="separate"/>
    </w:r>
    <w:r w:rsidR="006653A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5B8D3" w14:textId="77777777" w:rsidR="00EE6D40" w:rsidRDefault="00EE6D40">
      <w:pPr>
        <w:spacing w:after="0" w:line="240" w:lineRule="auto"/>
      </w:pPr>
      <w:r>
        <w:separator/>
      </w:r>
    </w:p>
  </w:footnote>
  <w:footnote w:type="continuationSeparator" w:id="0">
    <w:p w14:paraId="5A0E7ACC" w14:textId="77777777" w:rsidR="00EE6D40" w:rsidRDefault="00EE6D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9590531">
    <w:abstractNumId w:val="8"/>
  </w:num>
  <w:num w:numId="2" w16cid:durableId="1225725655">
    <w:abstractNumId w:val="6"/>
  </w:num>
  <w:num w:numId="3" w16cid:durableId="1855994344">
    <w:abstractNumId w:val="5"/>
  </w:num>
  <w:num w:numId="4" w16cid:durableId="1788963535">
    <w:abstractNumId w:val="4"/>
  </w:num>
  <w:num w:numId="5" w16cid:durableId="909461703">
    <w:abstractNumId w:val="7"/>
  </w:num>
  <w:num w:numId="6" w16cid:durableId="1819031603">
    <w:abstractNumId w:val="3"/>
  </w:num>
  <w:num w:numId="7" w16cid:durableId="754521932">
    <w:abstractNumId w:val="2"/>
  </w:num>
  <w:num w:numId="8" w16cid:durableId="2100521724">
    <w:abstractNumId w:val="1"/>
  </w:num>
  <w:num w:numId="9" w16cid:durableId="1715546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6BEB"/>
    <w:rsid w:val="0029639D"/>
    <w:rsid w:val="00326F90"/>
    <w:rsid w:val="006653A7"/>
    <w:rsid w:val="00AA1D8D"/>
    <w:rsid w:val="00B01619"/>
    <w:rsid w:val="00B47730"/>
    <w:rsid w:val="00B67FA7"/>
    <w:rsid w:val="00CB0664"/>
    <w:rsid w:val="00EE6D4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FE4CF8"/>
  <w14:defaultImageDpi w14:val="300"/>
  <w15:docId w15:val="{A858CCD9-017B-424C-853F-42C26401A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/>
    </w:pPr>
    <w:rPr>
      <w:rFonts w:ascii="Calibri" w:hAnsi="Calibri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footer" Target="footer1.xm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4306</TotalTime>
  <Pages>11</Pages>
  <Words>2012</Words>
  <Characters>12077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Biuro ZK Management</cp:lastModifiedBy>
  <cp:revision>3</cp:revision>
  <dcterms:created xsi:type="dcterms:W3CDTF">2026-10-02T11:36:00Z</dcterms:created>
  <dcterms:modified xsi:type="dcterms:W3CDTF">2026-10-08T10:41:00Z</dcterms:modified>
  <cp:category/>
</cp:coreProperties>
</file>